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ind w:left="3969"/>
      </w:pPr>
      <w:r>
        <w:rPr>
          <w:b w:val="0"/>
        </w:rPr>
        <w:t>Руководителю [наименование медицинской организации]</w:t>
      </w:r>
    </w:p>
    <w:p>
      <w:pPr>
        <w:keepLines/>
        <w:ind w:left="3969"/>
      </w:pPr>
      <w:r>
        <w:rPr>
          <w:b w:val="0"/>
        </w:rPr>
        <w:t>от [фамилия, имя, отчество пациента]</w:t>
      </w:r>
    </w:p>
    <w:p>
      <w:pPr>
        <w:keepLines/>
        <w:ind w:left="3969"/>
      </w:pPr>
      <w:r>
        <w:rPr>
          <w:b w:val="0"/>
        </w:rPr>
        <w:t>Документ, удостоверяющий личность: [вид, серия, номер, кем и когда выдан]</w:t>
      </w:r>
    </w:p>
    <w:p>
      <w:pPr>
        <w:keepLines/>
        <w:ind w:left="3969"/>
      </w:pPr>
      <w:r>
        <w:rPr>
          <w:b w:val="0"/>
        </w:rPr>
        <w:t>Адрес места жительства (пребывания): [адрес]</w:t>
      </w:r>
    </w:p>
    <w:p>
      <w:pPr>
        <w:keepLines/>
        <w:ind w:left="3969"/>
      </w:pPr>
      <w:r>
        <w:rPr>
          <w:b w:val="0"/>
        </w:rPr>
        <w:t>Почтовый адрес для ответов и уведомлений: [адрес с индексом]</w:t>
      </w:r>
    </w:p>
    <w:p>
      <w:pPr>
        <w:keepLines/>
        <w:ind w:left="3969"/>
      </w:pPr>
      <w:r>
        <w:rPr>
          <w:b w:val="0"/>
        </w:rPr>
        <w:t>Телефон: [при наличии]</w:t>
        <w:br/>
        <w:t>Электронная почта: [при наличии]</w:t>
      </w:r>
    </w:p>
    <w:p>
      <w:pPr>
        <w:keepLines/>
        <w:spacing w:before="200"/>
        <w:jc w:val="center"/>
      </w:pPr>
      <w:r>
        <w:rPr>
          <w:b/>
        </w:rPr>
        <w:t>ЗАПРОС</w:t>
      </w:r>
    </w:p>
    <w:p>
      <w:pPr>
        <w:keepLines/>
        <w:jc w:val="center"/>
      </w:pPr>
      <w:r>
        <w:rPr>
          <w:b w:val="0"/>
        </w:rPr>
        <w:t>о предоставлении копий медицинских документов</w:t>
      </w:r>
    </w:p>
    <w:p>
      <w:pPr>
        <w:keepLines/>
      </w:pPr>
      <w:r>
        <w:rPr>
          <w:b w:val="0"/>
        </w:rPr>
        <w:t>На основании части 5 статьи 22 Федерального закона от 21.11.2011 № 323-ФЗ и приказа Минздрава России от 31.07.2020 № 789н прошу предоставить в отношении меня следующие документы:</w:t>
      </w:r>
    </w:p>
    <w:p>
      <w:pPr>
        <w:keepLines/>
      </w:pPr>
      <w:r>
        <w:rPr>
          <w:b w:val="0"/>
        </w:rPr>
        <w:t>1. Копию медицинской карты пациента, получающего медицинскую помощь в амбулаторных условиях, за период с [дата] по [дата].</w:t>
      </w:r>
    </w:p>
    <w:p>
      <w:pPr>
        <w:keepLines/>
      </w:pPr>
      <w:r>
        <w:rPr>
          <w:b w:val="0"/>
        </w:rPr>
        <w:t>2. Копии [наименования результатов исследований, заключений и иных необходимых медицинских документов] за период с [дата] по [дата].</w:t>
      </w:r>
    </w:p>
    <w:p>
      <w:pPr>
        <w:keepLines/>
      </w:pPr>
      <w:r>
        <w:rPr>
          <w:b w:val="0"/>
        </w:rPr>
        <w:t>3. [При необходимости] Выписку из медицинских документов за период с [дата] по [дата] в отношении [указать требуемые сведения].</w:t>
      </w:r>
    </w:p>
    <w:p>
      <w:pPr>
        <w:keepLines/>
      </w:pPr>
      <w:r>
        <w:rPr>
          <w:b w:val="0"/>
        </w:rPr>
        <w:t>При необходимости прошу также предоставить имеющиеся в архиве изображения исследований: [перечень исследований и даты; удалить пункт, если не требуется].</w:t>
      </w:r>
    </w:p>
    <w:p>
      <w:pPr>
        <w:keepLines/>
      </w:pPr>
      <w:r>
        <w:rPr>
          <w:b w:val="0"/>
        </w:rPr>
        <w:t>Способ получения документов: [на бумажном носителе при личном обращении / по почте по указанному выше адресу — выбрать один вариант].</w:t>
      </w:r>
    </w:p>
    <w:p>
      <w:pPr>
        <w:keepLines/>
      </w:pPr>
      <w:r>
        <w:rPr>
          <w:b w:val="0"/>
        </w:rPr>
        <w:t>При отсутствии запрашиваемых документов прошу сообщить об этом и указать, какие из перечисленных документов могут быть предоставлены.</w:t>
      </w:r>
    </w:p>
    <w:p>
      <w:pPr>
        <w:keepLines/>
      </w:pPr>
      <w:r>
        <w:rPr>
          <w:b w:val="0"/>
        </w:rPr>
        <w:t>Дата: [число, месяц, год]</w:t>
      </w:r>
    </w:p>
    <w:p>
      <w:pPr>
        <w:keepLines/>
      </w:pPr>
      <w:r>
        <w:rPr>
          <w:b w:val="0"/>
        </w:rPr>
        <w:t>Подпись: __________________ / [Ф. И. О.]</w:t>
      </w:r>
    </w:p>
    <w:sectPr w:rsidR="00FC693F" w:rsidRPr="0006063C" w:rsidSect="00034616">
      <w:pgSz w:w="11906" w:h="16838"/>
      <w:pgMar w:top="907" w:right="1020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color w:val="2028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пациента о предоставлении копий медицинских документов</dc:title>
  <dc:subject>Медицинская карта, копии и выписки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